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jpeg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9B970" w14:textId="77777777" w:rsidR="00B90918" w:rsidRDefault="00D23BBB">
      <w:pPr>
        <w:pStyle w:val="Ttulo1"/>
      </w:pPr>
      <w:r>
        <w:t>SERVIDOR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B90918" w14:paraId="342F437B" w14:textId="77777777">
        <w:tc>
          <w:tcPr>
            <w:tcW w:w="4320" w:type="dxa"/>
          </w:tcPr>
          <w:p w14:paraId="063BD9DA" w14:textId="77777777" w:rsidR="00B90918" w:rsidRDefault="00D23BBB">
            <w:r>
              <w:t>SERVIDOR</w:t>
            </w:r>
          </w:p>
        </w:tc>
        <w:tc>
          <w:tcPr>
            <w:tcW w:w="4320" w:type="dxa"/>
          </w:tcPr>
          <w:p w14:paraId="412143B5" w14:textId="77777777" w:rsidR="00B90918" w:rsidRDefault="00D23BBB">
            <w:r>
              <w:t>TAMANHO</w:t>
            </w:r>
          </w:p>
        </w:tc>
      </w:tr>
      <w:tr w:rsidR="00B90918" w14:paraId="1E2DBB16" w14:textId="77777777">
        <w:tc>
          <w:tcPr>
            <w:tcW w:w="4320" w:type="dxa"/>
          </w:tcPr>
          <w:p w14:paraId="143C9F87" w14:textId="77777777" w:rsidR="00B90918" w:rsidRDefault="00D23BBB">
            <w:r>
              <w:t>ALECIO SANTOS SOUZA</w:t>
            </w:r>
          </w:p>
        </w:tc>
        <w:tc>
          <w:tcPr>
            <w:tcW w:w="4320" w:type="dxa"/>
          </w:tcPr>
          <w:p w14:paraId="74C0A959" w14:textId="77777777" w:rsidR="00B90918" w:rsidRDefault="00D23BBB">
            <w:r>
              <w:t>M</w:t>
            </w:r>
          </w:p>
        </w:tc>
      </w:tr>
      <w:tr w:rsidR="00B90918" w14:paraId="7FFC75F2" w14:textId="77777777">
        <w:tc>
          <w:tcPr>
            <w:tcW w:w="4320" w:type="dxa"/>
          </w:tcPr>
          <w:p w14:paraId="5B6F094A" w14:textId="77777777" w:rsidR="00B90918" w:rsidRDefault="00D23BBB">
            <w:r>
              <w:t>ANA LUCIA ALVES</w:t>
            </w:r>
          </w:p>
        </w:tc>
        <w:tc>
          <w:tcPr>
            <w:tcW w:w="4320" w:type="dxa"/>
          </w:tcPr>
          <w:p w14:paraId="4DC454F7" w14:textId="77777777" w:rsidR="00B90918" w:rsidRDefault="00D23BBB">
            <w:r>
              <w:t>GG</w:t>
            </w:r>
          </w:p>
        </w:tc>
      </w:tr>
      <w:tr w:rsidR="00B90918" w14:paraId="46C06A9B" w14:textId="77777777">
        <w:tc>
          <w:tcPr>
            <w:tcW w:w="4320" w:type="dxa"/>
          </w:tcPr>
          <w:p w14:paraId="1345CC8A" w14:textId="77777777" w:rsidR="00B90918" w:rsidRDefault="00D23BBB">
            <w:r>
              <w:t>BRENDA CAROLINA GOMES DE OLIVEIRA MARCAL</w:t>
            </w:r>
          </w:p>
        </w:tc>
        <w:tc>
          <w:tcPr>
            <w:tcW w:w="4320" w:type="dxa"/>
          </w:tcPr>
          <w:p w14:paraId="77C474C4" w14:textId="77777777" w:rsidR="00B90918" w:rsidRDefault="00D23BBB">
            <w:r>
              <w:t>G</w:t>
            </w:r>
          </w:p>
        </w:tc>
      </w:tr>
      <w:tr w:rsidR="00B90918" w14:paraId="09A55985" w14:textId="77777777">
        <w:tc>
          <w:tcPr>
            <w:tcW w:w="4320" w:type="dxa"/>
          </w:tcPr>
          <w:p w14:paraId="5EC68942" w14:textId="77777777" w:rsidR="00B90918" w:rsidRDefault="00D23BBB">
            <w:r>
              <w:t>CICERO DOS ANJOS GOMES</w:t>
            </w:r>
          </w:p>
        </w:tc>
        <w:tc>
          <w:tcPr>
            <w:tcW w:w="4320" w:type="dxa"/>
          </w:tcPr>
          <w:p w14:paraId="018C97BA" w14:textId="77777777" w:rsidR="00B90918" w:rsidRDefault="00D23BBB">
            <w:r>
              <w:t>M</w:t>
            </w:r>
          </w:p>
        </w:tc>
      </w:tr>
      <w:tr w:rsidR="00B90918" w14:paraId="0251266E" w14:textId="77777777">
        <w:tc>
          <w:tcPr>
            <w:tcW w:w="4320" w:type="dxa"/>
          </w:tcPr>
          <w:p w14:paraId="2767F778" w14:textId="77777777" w:rsidR="00B90918" w:rsidRDefault="00D23BBB">
            <w:r>
              <w:t>CLAUDENICE ROSA RODRIGUES</w:t>
            </w:r>
          </w:p>
        </w:tc>
        <w:tc>
          <w:tcPr>
            <w:tcW w:w="4320" w:type="dxa"/>
          </w:tcPr>
          <w:p w14:paraId="5A8D85C1" w14:textId="77777777" w:rsidR="00B90918" w:rsidRDefault="00D23BBB">
            <w:r>
              <w:t>M</w:t>
            </w:r>
          </w:p>
        </w:tc>
      </w:tr>
      <w:tr w:rsidR="00B90918" w14:paraId="36FF4C1C" w14:textId="77777777">
        <w:tc>
          <w:tcPr>
            <w:tcW w:w="4320" w:type="dxa"/>
          </w:tcPr>
          <w:p w14:paraId="7E3BF5A4" w14:textId="77777777" w:rsidR="00B90918" w:rsidRDefault="00D23BBB">
            <w:r>
              <w:t>DANIELA GONCALVES SANTOS</w:t>
            </w:r>
          </w:p>
        </w:tc>
        <w:tc>
          <w:tcPr>
            <w:tcW w:w="4320" w:type="dxa"/>
          </w:tcPr>
          <w:p w14:paraId="5D4B90CF" w14:textId="77777777" w:rsidR="00B90918" w:rsidRDefault="00D23BBB">
            <w:r>
              <w:t>P</w:t>
            </w:r>
          </w:p>
        </w:tc>
      </w:tr>
      <w:tr w:rsidR="00B90918" w14:paraId="02D0858C" w14:textId="77777777">
        <w:tc>
          <w:tcPr>
            <w:tcW w:w="4320" w:type="dxa"/>
          </w:tcPr>
          <w:p w14:paraId="7B17B21F" w14:textId="77777777" w:rsidR="00B90918" w:rsidRDefault="00D23BBB">
            <w:r>
              <w:t>DANIER CARDOSO HONORIO</w:t>
            </w:r>
          </w:p>
        </w:tc>
        <w:tc>
          <w:tcPr>
            <w:tcW w:w="4320" w:type="dxa"/>
          </w:tcPr>
          <w:p w14:paraId="57195B4D" w14:textId="77777777" w:rsidR="00B90918" w:rsidRDefault="00D23BBB">
            <w:r>
              <w:t>G</w:t>
            </w:r>
          </w:p>
        </w:tc>
      </w:tr>
      <w:tr w:rsidR="00B90918" w14:paraId="57E8635B" w14:textId="77777777">
        <w:tc>
          <w:tcPr>
            <w:tcW w:w="4320" w:type="dxa"/>
          </w:tcPr>
          <w:p w14:paraId="14A006E8" w14:textId="77777777" w:rsidR="00B90918" w:rsidRDefault="00D23BBB">
            <w:r>
              <w:t>DAYANE MARTINS PENA</w:t>
            </w:r>
          </w:p>
        </w:tc>
        <w:tc>
          <w:tcPr>
            <w:tcW w:w="4320" w:type="dxa"/>
          </w:tcPr>
          <w:p w14:paraId="5A35AADA" w14:textId="77777777" w:rsidR="00B90918" w:rsidRDefault="00D23BBB">
            <w:r>
              <w:t>G</w:t>
            </w:r>
          </w:p>
        </w:tc>
      </w:tr>
      <w:tr w:rsidR="00B90918" w14:paraId="5C4F136C" w14:textId="77777777">
        <w:tc>
          <w:tcPr>
            <w:tcW w:w="4320" w:type="dxa"/>
          </w:tcPr>
          <w:p w14:paraId="0938850F" w14:textId="77777777" w:rsidR="00B90918" w:rsidRDefault="00D23BBB">
            <w:r>
              <w:t>FELIPE AUGUSTO FRANCA</w:t>
            </w:r>
          </w:p>
        </w:tc>
        <w:tc>
          <w:tcPr>
            <w:tcW w:w="4320" w:type="dxa"/>
          </w:tcPr>
          <w:p w14:paraId="5855529C" w14:textId="77777777" w:rsidR="00B90918" w:rsidRDefault="00D23BBB">
            <w:r>
              <w:t>M</w:t>
            </w:r>
          </w:p>
        </w:tc>
      </w:tr>
      <w:tr w:rsidR="00B90918" w14:paraId="4B8A0282" w14:textId="77777777">
        <w:tc>
          <w:tcPr>
            <w:tcW w:w="4320" w:type="dxa"/>
          </w:tcPr>
          <w:p w14:paraId="60A8ED86" w14:textId="77777777" w:rsidR="00B90918" w:rsidRDefault="00D23BBB">
            <w:r>
              <w:t>FERNANDO FERNANDES MARTINS</w:t>
            </w:r>
          </w:p>
        </w:tc>
        <w:tc>
          <w:tcPr>
            <w:tcW w:w="4320" w:type="dxa"/>
          </w:tcPr>
          <w:p w14:paraId="4BAD1EF9" w14:textId="77777777" w:rsidR="00B90918" w:rsidRDefault="00D23BBB">
            <w:r>
              <w:t>G</w:t>
            </w:r>
          </w:p>
        </w:tc>
      </w:tr>
      <w:tr w:rsidR="00B90918" w14:paraId="4C6547C6" w14:textId="77777777">
        <w:tc>
          <w:tcPr>
            <w:tcW w:w="4320" w:type="dxa"/>
          </w:tcPr>
          <w:p w14:paraId="088F1D15" w14:textId="77777777" w:rsidR="00B90918" w:rsidRDefault="00D23BBB">
            <w:r>
              <w:t>GILBERTO PEDRO DE SOUZA</w:t>
            </w:r>
          </w:p>
        </w:tc>
        <w:tc>
          <w:tcPr>
            <w:tcW w:w="4320" w:type="dxa"/>
          </w:tcPr>
          <w:p w14:paraId="755B58A9" w14:textId="77777777" w:rsidR="00B90918" w:rsidRDefault="00D23BBB">
            <w:r>
              <w:t>G</w:t>
            </w:r>
          </w:p>
        </w:tc>
      </w:tr>
      <w:tr w:rsidR="00B90918" w14:paraId="4A1E433F" w14:textId="77777777">
        <w:tc>
          <w:tcPr>
            <w:tcW w:w="4320" w:type="dxa"/>
          </w:tcPr>
          <w:p w14:paraId="647F64D9" w14:textId="77777777" w:rsidR="00B90918" w:rsidRDefault="00D23BBB">
            <w:r>
              <w:t>HENRIQUE CASTRO CERQUEIRA</w:t>
            </w:r>
          </w:p>
        </w:tc>
        <w:tc>
          <w:tcPr>
            <w:tcW w:w="4320" w:type="dxa"/>
          </w:tcPr>
          <w:p w14:paraId="064CC495" w14:textId="77777777" w:rsidR="00B90918" w:rsidRDefault="00D23BBB">
            <w:r>
              <w:t>G</w:t>
            </w:r>
          </w:p>
        </w:tc>
      </w:tr>
      <w:tr w:rsidR="00B90918" w14:paraId="1C7E7250" w14:textId="77777777">
        <w:tc>
          <w:tcPr>
            <w:tcW w:w="4320" w:type="dxa"/>
          </w:tcPr>
          <w:p w14:paraId="0606ADCB" w14:textId="77777777" w:rsidR="00B90918" w:rsidRDefault="00D23BBB">
            <w:r>
              <w:t>IASMIN SOARES DE OLEIRA FURTADO</w:t>
            </w:r>
          </w:p>
        </w:tc>
        <w:tc>
          <w:tcPr>
            <w:tcW w:w="4320" w:type="dxa"/>
          </w:tcPr>
          <w:p w14:paraId="4945F96C" w14:textId="77777777" w:rsidR="00B90918" w:rsidRDefault="00D23BBB">
            <w:r>
              <w:t>M</w:t>
            </w:r>
          </w:p>
        </w:tc>
      </w:tr>
      <w:tr w:rsidR="00B90918" w14:paraId="7F005A22" w14:textId="77777777">
        <w:tc>
          <w:tcPr>
            <w:tcW w:w="4320" w:type="dxa"/>
          </w:tcPr>
          <w:p w14:paraId="39F424E1" w14:textId="77777777" w:rsidR="00B90918" w:rsidRDefault="00D23BBB">
            <w:r>
              <w:t>ISAIAS MARTINS VIEIRA</w:t>
            </w:r>
          </w:p>
        </w:tc>
        <w:tc>
          <w:tcPr>
            <w:tcW w:w="4320" w:type="dxa"/>
          </w:tcPr>
          <w:p w14:paraId="66379FF5" w14:textId="77777777" w:rsidR="00B90918" w:rsidRDefault="00D23BBB">
            <w:r>
              <w:t>GG</w:t>
            </w:r>
          </w:p>
        </w:tc>
      </w:tr>
      <w:tr w:rsidR="00B90918" w14:paraId="62C1EFD9" w14:textId="77777777">
        <w:tc>
          <w:tcPr>
            <w:tcW w:w="4320" w:type="dxa"/>
          </w:tcPr>
          <w:p w14:paraId="4B8ECC47" w14:textId="77777777" w:rsidR="00B90918" w:rsidRDefault="00D23BBB">
            <w:r>
              <w:t>JUNIOR CESAR BORGES MARTINS</w:t>
            </w:r>
          </w:p>
        </w:tc>
        <w:tc>
          <w:tcPr>
            <w:tcW w:w="4320" w:type="dxa"/>
          </w:tcPr>
          <w:p w14:paraId="403F9849" w14:textId="77777777" w:rsidR="00B90918" w:rsidRDefault="00D23BBB">
            <w:r>
              <w:t>GG</w:t>
            </w:r>
          </w:p>
        </w:tc>
      </w:tr>
      <w:tr w:rsidR="00B90918" w14:paraId="6901C550" w14:textId="77777777">
        <w:tc>
          <w:tcPr>
            <w:tcW w:w="4320" w:type="dxa"/>
          </w:tcPr>
          <w:p w14:paraId="451B550A" w14:textId="77777777" w:rsidR="00B90918" w:rsidRDefault="00D23BBB">
            <w:r>
              <w:t>LARISSA SILVA DE SOUZA</w:t>
            </w:r>
          </w:p>
        </w:tc>
        <w:tc>
          <w:tcPr>
            <w:tcW w:w="4320" w:type="dxa"/>
          </w:tcPr>
          <w:p w14:paraId="449A281D" w14:textId="77777777" w:rsidR="00B90918" w:rsidRDefault="00D23BBB">
            <w:r>
              <w:t>G</w:t>
            </w:r>
          </w:p>
        </w:tc>
      </w:tr>
      <w:tr w:rsidR="00B90918" w14:paraId="3B769D14" w14:textId="77777777">
        <w:tc>
          <w:tcPr>
            <w:tcW w:w="4320" w:type="dxa"/>
          </w:tcPr>
          <w:p w14:paraId="03FB73AB" w14:textId="77777777" w:rsidR="00B90918" w:rsidRDefault="00D23BBB">
            <w:r>
              <w:t>LEANDRO VICENTE DE OLIVEIRA</w:t>
            </w:r>
          </w:p>
        </w:tc>
        <w:tc>
          <w:tcPr>
            <w:tcW w:w="4320" w:type="dxa"/>
          </w:tcPr>
          <w:p w14:paraId="60912649" w14:textId="77777777" w:rsidR="00B90918" w:rsidRDefault="00D23BBB">
            <w:r>
              <w:t>GG</w:t>
            </w:r>
          </w:p>
        </w:tc>
      </w:tr>
      <w:tr w:rsidR="00B90918" w14:paraId="5A21D22C" w14:textId="77777777">
        <w:tc>
          <w:tcPr>
            <w:tcW w:w="4320" w:type="dxa"/>
          </w:tcPr>
          <w:p w14:paraId="5074EAF2" w14:textId="77777777" w:rsidR="00B90918" w:rsidRDefault="00D23BBB">
            <w:r>
              <w:t>LUCIELE DA SILVA RODRIGUES</w:t>
            </w:r>
          </w:p>
        </w:tc>
        <w:tc>
          <w:tcPr>
            <w:tcW w:w="4320" w:type="dxa"/>
          </w:tcPr>
          <w:p w14:paraId="30662839" w14:textId="77777777" w:rsidR="00B90918" w:rsidRDefault="00D23BBB">
            <w:r>
              <w:t>G</w:t>
            </w:r>
          </w:p>
        </w:tc>
      </w:tr>
      <w:tr w:rsidR="00B90918" w14:paraId="1819F2F7" w14:textId="77777777">
        <w:tc>
          <w:tcPr>
            <w:tcW w:w="4320" w:type="dxa"/>
          </w:tcPr>
          <w:p w14:paraId="5E88B60D" w14:textId="77777777" w:rsidR="00B90918" w:rsidRDefault="00D23BBB">
            <w:r>
              <w:t>MARCOS ANTONIO DUARTE DE SOUZA</w:t>
            </w:r>
          </w:p>
        </w:tc>
        <w:tc>
          <w:tcPr>
            <w:tcW w:w="4320" w:type="dxa"/>
          </w:tcPr>
          <w:p w14:paraId="3DBD0948" w14:textId="77777777" w:rsidR="00B90918" w:rsidRDefault="00D23BBB">
            <w:r>
              <w:t>G</w:t>
            </w:r>
          </w:p>
        </w:tc>
      </w:tr>
      <w:tr w:rsidR="00B90918" w14:paraId="4188AB8C" w14:textId="77777777">
        <w:tc>
          <w:tcPr>
            <w:tcW w:w="4320" w:type="dxa"/>
          </w:tcPr>
          <w:p w14:paraId="368A9F1C" w14:textId="77777777" w:rsidR="00B90918" w:rsidRDefault="00D23BBB">
            <w:r>
              <w:t>MARIA VITORIA SILVA CALATRONI</w:t>
            </w:r>
          </w:p>
        </w:tc>
        <w:tc>
          <w:tcPr>
            <w:tcW w:w="4320" w:type="dxa"/>
          </w:tcPr>
          <w:p w14:paraId="7F06C38B" w14:textId="77777777" w:rsidR="00B90918" w:rsidRDefault="00D23BBB">
            <w:r>
              <w:t>P</w:t>
            </w:r>
          </w:p>
        </w:tc>
      </w:tr>
      <w:tr w:rsidR="00B90918" w14:paraId="34333795" w14:textId="77777777">
        <w:tc>
          <w:tcPr>
            <w:tcW w:w="4320" w:type="dxa"/>
          </w:tcPr>
          <w:p w14:paraId="332A0409" w14:textId="77777777" w:rsidR="00B90918" w:rsidRDefault="00D23BBB">
            <w:r>
              <w:t>MARLUCIA DE MOURA</w:t>
            </w:r>
          </w:p>
        </w:tc>
        <w:tc>
          <w:tcPr>
            <w:tcW w:w="4320" w:type="dxa"/>
          </w:tcPr>
          <w:p w14:paraId="6DE98F81" w14:textId="77777777" w:rsidR="00B90918" w:rsidRDefault="00D23BBB">
            <w:r>
              <w:t>G</w:t>
            </w:r>
          </w:p>
        </w:tc>
      </w:tr>
      <w:tr w:rsidR="00B90918" w14:paraId="362F6937" w14:textId="77777777">
        <w:tc>
          <w:tcPr>
            <w:tcW w:w="4320" w:type="dxa"/>
          </w:tcPr>
          <w:p w14:paraId="2BE82260" w14:textId="77777777" w:rsidR="00B90918" w:rsidRDefault="00D23BBB">
            <w:r>
              <w:t>THIAGO RUBSON PEREIRA NUNES</w:t>
            </w:r>
          </w:p>
        </w:tc>
        <w:tc>
          <w:tcPr>
            <w:tcW w:w="4320" w:type="dxa"/>
          </w:tcPr>
          <w:p w14:paraId="037B8F26" w14:textId="77777777" w:rsidR="00B90918" w:rsidRDefault="00D23BBB">
            <w:r>
              <w:t>P</w:t>
            </w:r>
          </w:p>
        </w:tc>
      </w:tr>
      <w:tr w:rsidR="00B90918" w14:paraId="6EC902D4" w14:textId="77777777">
        <w:tc>
          <w:tcPr>
            <w:tcW w:w="4320" w:type="dxa"/>
          </w:tcPr>
          <w:p w14:paraId="53E43699" w14:textId="77777777" w:rsidR="00B90918" w:rsidRDefault="00D23BBB">
            <w:r>
              <w:t>RUBIELLY MARIA DA SILVA</w:t>
            </w:r>
          </w:p>
        </w:tc>
        <w:tc>
          <w:tcPr>
            <w:tcW w:w="4320" w:type="dxa"/>
          </w:tcPr>
          <w:p w14:paraId="750F80B1" w14:textId="77777777" w:rsidR="00B90918" w:rsidRDefault="00B90918"/>
        </w:tc>
      </w:tr>
    </w:tbl>
    <w:p w14:paraId="307E7AE0" w14:textId="77777777" w:rsidR="00B90918" w:rsidRDefault="00D23BBB">
      <w:r>
        <w:rPr>
          <w:b/>
        </w:rPr>
        <w:t xml:space="preserve">Observação: </w:t>
      </w:r>
      <w:r>
        <w:t>Confirmar tamanho da camiseta.</w:t>
      </w:r>
    </w:p>
    <w:sectPr w:rsidR="00B9091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04229104">
    <w:abstractNumId w:val="8"/>
  </w:num>
  <w:num w:numId="2" w16cid:durableId="2008902825">
    <w:abstractNumId w:val="6"/>
  </w:num>
  <w:num w:numId="3" w16cid:durableId="610481362">
    <w:abstractNumId w:val="5"/>
  </w:num>
  <w:num w:numId="4" w16cid:durableId="2029520451">
    <w:abstractNumId w:val="4"/>
  </w:num>
  <w:num w:numId="5" w16cid:durableId="1417628758">
    <w:abstractNumId w:val="7"/>
  </w:num>
  <w:num w:numId="6" w16cid:durableId="1667785621">
    <w:abstractNumId w:val="3"/>
  </w:num>
  <w:num w:numId="7" w16cid:durableId="482284866">
    <w:abstractNumId w:val="2"/>
  </w:num>
  <w:num w:numId="8" w16cid:durableId="407731583">
    <w:abstractNumId w:val="1"/>
  </w:num>
  <w:num w:numId="9" w16cid:durableId="1086805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E4DB1"/>
    <w:rsid w:val="00AA1D8D"/>
    <w:rsid w:val="00B47730"/>
    <w:rsid w:val="00B90918"/>
    <w:rsid w:val="00CB0664"/>
    <w:rsid w:val="00D23BB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A53837"/>
  <w14:defaultImageDpi w14:val="300"/>
  <w15:docId w15:val="{7212CA2C-A926-2648-B905-3AC76DC3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Brenda Marçal</cp:lastModifiedBy>
  <cp:revision>2</cp:revision>
  <dcterms:created xsi:type="dcterms:W3CDTF">2026-08-04T18:43:00Z</dcterms:created>
  <dcterms:modified xsi:type="dcterms:W3CDTF">2026-08-04T18:43:00Z</dcterms:modified>
  <cp:category/>
</cp:coreProperties>
</file>